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1B448" w14:textId="098493CD" w:rsidR="00A43E47" w:rsidRPr="00A43E47" w:rsidRDefault="00A43E47" w:rsidP="00A43E47">
      <w:pPr>
        <w:rPr>
          <w:b/>
          <w:bCs/>
          <w:u w:val="single"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21DE834" wp14:editId="336484AB">
            <wp:extent cx="960120" cy="960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3 Pride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012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A43E47">
        <w:rPr>
          <w:b/>
          <w:bCs/>
          <w:u w:val="single"/>
        </w:rPr>
        <w:t xml:space="preserve">2026 </w:t>
      </w:r>
      <w:r w:rsidR="00295422">
        <w:rPr>
          <w:b/>
          <w:bCs/>
          <w:u w:val="single"/>
        </w:rPr>
        <w:t>Grp3 JRL PRIDE Pathways - C</w:t>
      </w:r>
      <w:r w:rsidR="00295422" w:rsidRPr="00A43E47">
        <w:rPr>
          <w:b/>
          <w:bCs/>
          <w:u w:val="single"/>
        </w:rPr>
        <w:t xml:space="preserve">oaching &amp; </w:t>
      </w:r>
      <w:r w:rsidR="00295422">
        <w:rPr>
          <w:b/>
          <w:bCs/>
          <w:u w:val="single"/>
        </w:rPr>
        <w:t>T</w:t>
      </w:r>
      <w:r w:rsidR="00295422" w:rsidRPr="00A43E47">
        <w:rPr>
          <w:b/>
          <w:bCs/>
          <w:u w:val="single"/>
        </w:rPr>
        <w:t xml:space="preserve">eam </w:t>
      </w:r>
      <w:r w:rsidR="00295422">
        <w:rPr>
          <w:b/>
          <w:bCs/>
          <w:u w:val="single"/>
        </w:rPr>
        <w:t>S</w:t>
      </w:r>
      <w:r w:rsidR="00295422" w:rsidRPr="00A43E47">
        <w:rPr>
          <w:b/>
          <w:bCs/>
          <w:u w:val="single"/>
        </w:rPr>
        <w:t xml:space="preserve">taff </w:t>
      </w:r>
      <w:r w:rsidR="00295422">
        <w:rPr>
          <w:b/>
          <w:bCs/>
          <w:u w:val="single"/>
        </w:rPr>
        <w:t>A</w:t>
      </w:r>
      <w:r w:rsidR="00295422" w:rsidRPr="00A43E47">
        <w:rPr>
          <w:b/>
          <w:bCs/>
          <w:u w:val="single"/>
        </w:rPr>
        <w:t xml:space="preserve">pplication </w:t>
      </w:r>
      <w:r w:rsidR="00295422">
        <w:rPr>
          <w:b/>
          <w:bCs/>
          <w:u w:val="single"/>
        </w:rPr>
        <w:t>F</w:t>
      </w:r>
      <w:r w:rsidR="00295422" w:rsidRPr="00A43E47">
        <w:rPr>
          <w:b/>
          <w:bCs/>
          <w:u w:val="single"/>
        </w:rPr>
        <w:t>orm</w:t>
      </w:r>
    </w:p>
    <w:p w14:paraId="5546009E" w14:textId="77777777" w:rsidR="00A43E47" w:rsidRPr="00A43E47" w:rsidRDefault="00A43E47" w:rsidP="00C65EA4">
      <w:pPr>
        <w:spacing w:after="0"/>
      </w:pPr>
    </w:p>
    <w:p w14:paraId="5DD64824" w14:textId="368D4A0D" w:rsidR="00DB04F9" w:rsidRDefault="00A43E47">
      <w:r w:rsidRPr="00A43E47">
        <w:rPr>
          <w:b/>
          <w:bCs/>
        </w:rPr>
        <w:t>Closing Date:</w:t>
      </w:r>
      <w:r>
        <w:t xml:space="preserve"> 20th December 2025</w:t>
      </w:r>
    </w:p>
    <w:p w14:paraId="009A7083" w14:textId="126DA7BA" w:rsidR="00DB04F9" w:rsidRDefault="00A43E47">
      <w:r w:rsidRPr="00A43E47">
        <w:rPr>
          <w:b/>
          <w:bCs/>
        </w:rPr>
        <w:t xml:space="preserve">Email </w:t>
      </w:r>
      <w:r>
        <w:rPr>
          <w:b/>
          <w:bCs/>
        </w:rPr>
        <w:t>c</w:t>
      </w:r>
      <w:r w:rsidRPr="00A43E47">
        <w:rPr>
          <w:b/>
          <w:bCs/>
        </w:rPr>
        <w:t xml:space="preserve">ompleted </w:t>
      </w:r>
      <w:r>
        <w:rPr>
          <w:b/>
          <w:bCs/>
        </w:rPr>
        <w:t>f</w:t>
      </w:r>
      <w:r w:rsidRPr="00A43E47">
        <w:rPr>
          <w:b/>
          <w:bCs/>
        </w:rPr>
        <w:t xml:space="preserve">orm </w:t>
      </w:r>
      <w:r>
        <w:rPr>
          <w:b/>
          <w:bCs/>
        </w:rPr>
        <w:t>t</w:t>
      </w:r>
      <w:r w:rsidRPr="00A43E47">
        <w:rPr>
          <w:b/>
          <w:bCs/>
        </w:rPr>
        <w:t>o</w:t>
      </w:r>
      <w:r>
        <w:t xml:space="preserve">: </w:t>
      </w:r>
      <w:hyperlink r:id="rId7" w:history="1">
        <w:r w:rsidRPr="003F4A76">
          <w:rPr>
            <w:rStyle w:val="Hyperlink"/>
          </w:rPr>
          <w:t>secretary@group3jrl.com.au</w:t>
        </w:r>
      </w:hyperlink>
    </w:p>
    <w:p w14:paraId="3FDB067D" w14:textId="7DBD2C13" w:rsidR="00DB04F9" w:rsidRDefault="00A43E47">
      <w:pPr>
        <w:pStyle w:val="Heading3"/>
      </w:pPr>
      <w:r>
        <w:t>1. Position Applying For</w:t>
      </w:r>
    </w:p>
    <w:p w14:paraId="5094CC64" w14:textId="389AD4F5" w:rsidR="00DB04F9" w:rsidRDefault="00A43E47">
      <w:r>
        <w:t>☐ Pathways Program Manager</w:t>
      </w:r>
    </w:p>
    <w:p w14:paraId="7771FB9B" w14:textId="5AA12FA1" w:rsidR="00DB04F9" w:rsidRDefault="00A43E47">
      <w:r>
        <w:t>☐ Pathways Head Coach</w:t>
      </w:r>
      <w:r w:rsidR="00C65EA4">
        <w:t xml:space="preserve"> – 13 Boys – 14 Boys – 15 Boys – 14 Girls &amp; 16 Girls (</w:t>
      </w:r>
      <w:r w:rsidR="00C65EA4" w:rsidRPr="00C65EA4">
        <w:rPr>
          <w:i/>
          <w:iCs/>
        </w:rPr>
        <w:t>please circle one</w:t>
      </w:r>
      <w:r w:rsidR="00C65EA4">
        <w:t>)</w:t>
      </w:r>
    </w:p>
    <w:p w14:paraId="6ACE5CFF" w14:textId="262AB462" w:rsidR="00DB04F9" w:rsidRDefault="00A43E47">
      <w:r>
        <w:t xml:space="preserve">☐ </w:t>
      </w:r>
      <w:r w:rsidRPr="00A43E47">
        <w:t xml:space="preserve">Pathways Squad </w:t>
      </w:r>
      <w:proofErr w:type="gramStart"/>
      <w:r w:rsidRPr="00A43E47">
        <w:t>Coach</w:t>
      </w:r>
      <w:r w:rsidR="00C65EA4">
        <w:t xml:space="preserve"> </w:t>
      </w:r>
      <w:r w:rsidR="00C65EA4">
        <w:t xml:space="preserve"> –</w:t>
      </w:r>
      <w:proofErr w:type="gramEnd"/>
      <w:r w:rsidR="00C65EA4">
        <w:t xml:space="preserve"> 13 Boys – 14 Boys – 15 Boys – 14 Girls &amp; 16 Girls (</w:t>
      </w:r>
      <w:r w:rsidR="00C65EA4" w:rsidRPr="00C65EA4">
        <w:rPr>
          <w:i/>
          <w:iCs/>
        </w:rPr>
        <w:t>please circle one</w:t>
      </w:r>
      <w:r w:rsidR="00C65EA4">
        <w:t>)</w:t>
      </w:r>
    </w:p>
    <w:p w14:paraId="09D28DDD" w14:textId="51566276" w:rsidR="00DB04F9" w:rsidRDefault="00A43E47">
      <w:r>
        <w:t xml:space="preserve">☐ </w:t>
      </w:r>
      <w:r w:rsidRPr="00A43E47">
        <w:t>Pathways First Aid Officer (FAO)</w:t>
      </w:r>
      <w:r w:rsidR="00C65EA4">
        <w:t xml:space="preserve"> </w:t>
      </w:r>
      <w:r w:rsidR="00C65EA4">
        <w:t>– 13 Boys – 14 Boys – 15 Boys – 14 Girls &amp; 16 Girls (</w:t>
      </w:r>
      <w:r w:rsidR="00C65EA4" w:rsidRPr="00C65EA4">
        <w:rPr>
          <w:i/>
          <w:iCs/>
        </w:rPr>
        <w:t>please circle one</w:t>
      </w:r>
      <w:r w:rsidR="00C65EA4">
        <w:t>)</w:t>
      </w:r>
    </w:p>
    <w:p w14:paraId="1D33BFE1" w14:textId="3D9C76F0" w:rsidR="00A43E47" w:rsidRDefault="00A43E47">
      <w:r>
        <w:t xml:space="preserve">☐ Pathways Squad Manager – Boys or </w:t>
      </w:r>
      <w:proofErr w:type="gramStart"/>
      <w:r>
        <w:t>Girls</w:t>
      </w:r>
      <w:r w:rsidR="00C65EA4">
        <w:t xml:space="preserve"> </w:t>
      </w:r>
      <w:r w:rsidR="00C65EA4">
        <w:t xml:space="preserve"> –</w:t>
      </w:r>
      <w:proofErr w:type="gramEnd"/>
      <w:r w:rsidR="00C65EA4">
        <w:t xml:space="preserve"> 13 Boys – 14 Boys – 15 Boys – 14 Girls &amp; 16 Girls (</w:t>
      </w:r>
      <w:r w:rsidR="00C65EA4" w:rsidRPr="00C65EA4">
        <w:rPr>
          <w:i/>
          <w:iCs/>
        </w:rPr>
        <w:t>please circle one</w:t>
      </w:r>
      <w:r w:rsidR="00C65EA4">
        <w:t>)</w:t>
      </w:r>
    </w:p>
    <w:p w14:paraId="22D7312B" w14:textId="77777777" w:rsidR="00DB04F9" w:rsidRDefault="00A43E47">
      <w:pPr>
        <w:pStyle w:val="Heading3"/>
      </w:pPr>
      <w:r>
        <w:t>2. Applicant Details</w:t>
      </w:r>
    </w:p>
    <w:p w14:paraId="25314EF6" w14:textId="77777777" w:rsidR="00C65EA4" w:rsidRDefault="00C65EA4" w:rsidP="00C65EA4">
      <w:pPr>
        <w:spacing w:after="0"/>
      </w:pPr>
    </w:p>
    <w:p w14:paraId="1D691766" w14:textId="368B9DCB" w:rsidR="00DB04F9" w:rsidRDefault="00A43E47">
      <w:r>
        <w:t>Full Name: _________________________________</w:t>
      </w:r>
    </w:p>
    <w:p w14:paraId="63B3574E" w14:textId="77777777" w:rsidR="00DB04F9" w:rsidRDefault="00A43E47">
      <w:r>
        <w:t>Phone: _________________________</w:t>
      </w:r>
    </w:p>
    <w:p w14:paraId="72292E77" w14:textId="77777777" w:rsidR="00DB04F9" w:rsidRDefault="00A43E47">
      <w:r>
        <w:t>Email: ______________________________________</w:t>
      </w:r>
    </w:p>
    <w:p w14:paraId="30E870FC" w14:textId="77777777" w:rsidR="00DB04F9" w:rsidRDefault="00A43E47">
      <w:pPr>
        <w:pStyle w:val="Heading3"/>
      </w:pPr>
      <w:r>
        <w:t>3. Working With Children Check (WWCC)</w:t>
      </w:r>
    </w:p>
    <w:p w14:paraId="604340CC" w14:textId="77777777" w:rsidR="00DB04F9" w:rsidRDefault="00A43E47" w:rsidP="00C65EA4">
      <w:pPr>
        <w:spacing w:before="120"/>
      </w:pPr>
      <w:r>
        <w:t>WWCC Number: _______________________________</w:t>
      </w:r>
    </w:p>
    <w:p w14:paraId="0F19B65E" w14:textId="77777777" w:rsidR="00DB04F9" w:rsidRDefault="00A43E47">
      <w:r>
        <w:t>Expiry Date: _________________________________</w:t>
      </w:r>
    </w:p>
    <w:p w14:paraId="6875E8F9" w14:textId="77777777" w:rsidR="00DB04F9" w:rsidRDefault="00A43E47">
      <w:pPr>
        <w:pStyle w:val="Heading3"/>
      </w:pPr>
      <w:r>
        <w:t>4. Qualifications &amp; Accreditations</w:t>
      </w:r>
    </w:p>
    <w:p w14:paraId="0E777479" w14:textId="77777777" w:rsidR="00DB04F9" w:rsidRDefault="00A43E47" w:rsidP="00C65EA4">
      <w:pPr>
        <w:spacing w:before="120"/>
      </w:pPr>
      <w:r>
        <w:t>Coaching Accreditation</w:t>
      </w:r>
    </w:p>
    <w:p w14:paraId="17BBFB89" w14:textId="2771B5D1" w:rsidR="00DB04F9" w:rsidRDefault="00A43E47">
      <w:r>
        <w:t xml:space="preserve">☐ NRL </w:t>
      </w:r>
      <w:r w:rsidR="00C65EA4">
        <w:t>13-15</w:t>
      </w:r>
      <w:r>
        <w:t xml:space="preserve"> Coach</w:t>
      </w:r>
    </w:p>
    <w:p w14:paraId="530CF364" w14:textId="47B0E8B9" w:rsidR="00C65EA4" w:rsidRDefault="00C65EA4" w:rsidP="00C65EA4">
      <w:r>
        <w:t xml:space="preserve">☐ NRL </w:t>
      </w:r>
      <w:r>
        <w:t>16+</w:t>
      </w:r>
      <w:r>
        <w:t xml:space="preserve"> Coach</w:t>
      </w:r>
    </w:p>
    <w:p w14:paraId="1416ECF8" w14:textId="1EF5753D" w:rsidR="00DB04F9" w:rsidRDefault="00A43E47">
      <w:r>
        <w:t xml:space="preserve">☐ NRL </w:t>
      </w:r>
      <w:r w:rsidR="00C65EA4">
        <w:t xml:space="preserve">High </w:t>
      </w:r>
      <w:r>
        <w:t>Performance Coach</w:t>
      </w:r>
    </w:p>
    <w:p w14:paraId="4E8D9872" w14:textId="77777777" w:rsidR="00DB04F9" w:rsidRDefault="00A43E47">
      <w:r>
        <w:t>☐ In Progress</w:t>
      </w:r>
    </w:p>
    <w:p w14:paraId="291E29A7" w14:textId="77777777" w:rsidR="00DB04F9" w:rsidRDefault="00A43E47">
      <w:r>
        <w:t>☐ Other: _______________________</w:t>
      </w:r>
    </w:p>
    <w:p w14:paraId="432199F6" w14:textId="77777777" w:rsidR="00A43E47" w:rsidRDefault="00A43E47">
      <w:pPr>
        <w:rPr>
          <w:b/>
          <w:bCs/>
        </w:rPr>
      </w:pPr>
      <w:r w:rsidRPr="00A43E47">
        <w:rPr>
          <w:b/>
          <w:bCs/>
        </w:rPr>
        <w:br/>
      </w:r>
    </w:p>
    <w:p w14:paraId="069ECAB3" w14:textId="77777777" w:rsidR="00A43E47" w:rsidRDefault="00A43E47">
      <w:pPr>
        <w:rPr>
          <w:b/>
          <w:bCs/>
        </w:rPr>
      </w:pPr>
    </w:p>
    <w:p w14:paraId="0530B627" w14:textId="7B1C4562" w:rsidR="00DB04F9" w:rsidRPr="00A43E47" w:rsidRDefault="00A43E47">
      <w:pPr>
        <w:rPr>
          <w:b/>
          <w:bCs/>
        </w:rPr>
      </w:pPr>
      <w:r w:rsidRPr="00A43E47">
        <w:rPr>
          <w:b/>
          <w:bCs/>
        </w:rPr>
        <w:lastRenderedPageBreak/>
        <w:t>First Aid / Safety Qualifications</w:t>
      </w:r>
    </w:p>
    <w:p w14:paraId="38C89869" w14:textId="77777777" w:rsidR="00DB04F9" w:rsidRDefault="00A43E47">
      <w:r>
        <w:t>☐ HLTAID011 First Aid Certificate</w:t>
      </w:r>
    </w:p>
    <w:p w14:paraId="028BCE5D" w14:textId="77777777" w:rsidR="00DB04F9" w:rsidRDefault="00A43E47">
      <w:r>
        <w:t>☐ Sports Trainer Level 1</w:t>
      </w:r>
    </w:p>
    <w:p w14:paraId="48786D92" w14:textId="77777777" w:rsidR="00DB04F9" w:rsidRDefault="00A43E47">
      <w:r>
        <w:t>☐ Sports Trainer Level 2</w:t>
      </w:r>
    </w:p>
    <w:p w14:paraId="4F106530" w14:textId="77777777" w:rsidR="00DB04F9" w:rsidRDefault="00A43E47">
      <w:r>
        <w:t>☐ NRL LeagueSafe</w:t>
      </w:r>
    </w:p>
    <w:p w14:paraId="4306C98A" w14:textId="77777777" w:rsidR="00DB04F9" w:rsidRDefault="00A43E47">
      <w:r>
        <w:t>☐ FAO Accreditation</w:t>
      </w:r>
    </w:p>
    <w:p w14:paraId="766E8A92" w14:textId="77777777" w:rsidR="00DB04F9" w:rsidRDefault="00A43E47">
      <w:r>
        <w:t>☐ CPR Certificate</w:t>
      </w:r>
    </w:p>
    <w:p w14:paraId="09C70245" w14:textId="77777777" w:rsidR="00DB04F9" w:rsidRDefault="00A43E47">
      <w:r>
        <w:t>☐ Other: _______________________</w:t>
      </w:r>
    </w:p>
    <w:p w14:paraId="32AED507" w14:textId="77777777" w:rsidR="00DB04F9" w:rsidRDefault="00A43E47">
      <w:pPr>
        <w:pStyle w:val="Heading3"/>
      </w:pPr>
      <w:r>
        <w:t>5. Experience</w:t>
      </w:r>
    </w:p>
    <w:p w14:paraId="782F3DB7" w14:textId="77777777" w:rsidR="00DB04F9" w:rsidRDefault="00A43E47">
      <w:r>
        <w:t>Coaching / Team Support Experience:</w:t>
      </w:r>
    </w:p>
    <w:p w14:paraId="475F7CF5" w14:textId="77777777" w:rsidR="00DB04F9" w:rsidRDefault="00A43E47">
      <w:r>
        <w:t>_____________________________________________</w:t>
      </w:r>
    </w:p>
    <w:p w14:paraId="35499700" w14:textId="77777777" w:rsidR="00DB04F9" w:rsidRDefault="00A43E47">
      <w:r>
        <w:t>_____________________________________________</w:t>
      </w:r>
    </w:p>
    <w:p w14:paraId="6332A63A" w14:textId="77777777" w:rsidR="00DB04F9" w:rsidRDefault="00A43E47">
      <w:r>
        <w:t>_____________________________________________</w:t>
      </w:r>
    </w:p>
    <w:p w14:paraId="291FE6FF" w14:textId="77777777" w:rsidR="00DB04F9" w:rsidRDefault="00A43E47">
      <w:r>
        <w:t>Relevant Skills or Strengths:</w:t>
      </w:r>
    </w:p>
    <w:p w14:paraId="47ED9C01" w14:textId="77777777" w:rsidR="00DB04F9" w:rsidRDefault="00A43E47">
      <w:r>
        <w:t>_____________________________________________</w:t>
      </w:r>
    </w:p>
    <w:p w14:paraId="0186A444" w14:textId="77777777" w:rsidR="00DB04F9" w:rsidRDefault="00A43E47">
      <w:r>
        <w:t>_____________________________________________</w:t>
      </w:r>
    </w:p>
    <w:p w14:paraId="25586646" w14:textId="77777777" w:rsidR="00DB04F9" w:rsidRDefault="00A43E47">
      <w:r>
        <w:t>_____________________________________________</w:t>
      </w:r>
    </w:p>
    <w:p w14:paraId="4B584D4B" w14:textId="77777777" w:rsidR="00DB04F9" w:rsidRDefault="00A43E47">
      <w:pPr>
        <w:pStyle w:val="Heading3"/>
      </w:pPr>
      <w:r>
        <w:t>6. Availability</w:t>
      </w:r>
    </w:p>
    <w:p w14:paraId="159A0EA0" w14:textId="77777777" w:rsidR="00DB04F9" w:rsidRDefault="00A43E47">
      <w:r>
        <w:t>☐ All training sessions</w:t>
      </w:r>
    </w:p>
    <w:p w14:paraId="522FE026" w14:textId="77777777" w:rsidR="00DB04F9" w:rsidRDefault="00A43E47">
      <w:r>
        <w:t>☐ All matches</w:t>
      </w:r>
    </w:p>
    <w:p w14:paraId="11B6EB59" w14:textId="77777777" w:rsidR="00DB04F9" w:rsidRDefault="00A43E47">
      <w:r>
        <w:t>☐ Carnivals / gala days</w:t>
      </w:r>
    </w:p>
    <w:p w14:paraId="316F6B22" w14:textId="77777777" w:rsidR="00DB04F9" w:rsidRDefault="00A43E47">
      <w:r>
        <w:t>☐ Limited availability (specify): ___________________________</w:t>
      </w:r>
    </w:p>
    <w:p w14:paraId="064E3D36" w14:textId="02124BA4" w:rsidR="00DB04F9" w:rsidRDefault="00C65EA4">
      <w:pPr>
        <w:pStyle w:val="Heading3"/>
      </w:pPr>
      <w:r>
        <w:t>7</w:t>
      </w:r>
      <w:r w:rsidR="00A43E47">
        <w:t>. Declaration</w:t>
      </w:r>
    </w:p>
    <w:p w14:paraId="028EFA9E" w14:textId="125548DA" w:rsidR="00DB04F9" w:rsidRDefault="00A43E47">
      <w:r>
        <w:t>I declare the information provided is true and agree to follow Group 3 Pride JRL and Group 3 Pride JRL Pathways policies.</w:t>
      </w:r>
    </w:p>
    <w:p w14:paraId="42312324" w14:textId="77777777" w:rsidR="00DB04F9" w:rsidRDefault="00A43E47">
      <w:r>
        <w:t>Signature: ___________________________    Date: _______________</w:t>
      </w:r>
    </w:p>
    <w:sectPr w:rsidR="00DB04F9" w:rsidSect="00A43E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8625253">
    <w:abstractNumId w:val="8"/>
  </w:num>
  <w:num w:numId="2" w16cid:durableId="1333021983">
    <w:abstractNumId w:val="6"/>
  </w:num>
  <w:num w:numId="3" w16cid:durableId="740178711">
    <w:abstractNumId w:val="5"/>
  </w:num>
  <w:num w:numId="4" w16cid:durableId="1189829895">
    <w:abstractNumId w:val="4"/>
  </w:num>
  <w:num w:numId="5" w16cid:durableId="1346056969">
    <w:abstractNumId w:val="7"/>
  </w:num>
  <w:num w:numId="6" w16cid:durableId="873880438">
    <w:abstractNumId w:val="3"/>
  </w:num>
  <w:num w:numId="7" w16cid:durableId="977420413">
    <w:abstractNumId w:val="2"/>
  </w:num>
  <w:num w:numId="8" w16cid:durableId="948584506">
    <w:abstractNumId w:val="1"/>
  </w:num>
  <w:num w:numId="9" w16cid:durableId="2055150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E540A"/>
    <w:rsid w:val="00295422"/>
    <w:rsid w:val="0029639D"/>
    <w:rsid w:val="00326F90"/>
    <w:rsid w:val="0064060E"/>
    <w:rsid w:val="00A43E47"/>
    <w:rsid w:val="00AA1D8D"/>
    <w:rsid w:val="00B47730"/>
    <w:rsid w:val="00C65EA4"/>
    <w:rsid w:val="00C85939"/>
    <w:rsid w:val="00CB0664"/>
    <w:rsid w:val="00DB04F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F42D8B"/>
  <w14:defaultImageDpi w14:val="300"/>
  <w15:docId w15:val="{E794A01A-64B8-4C28-80AC-945756B35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A43E4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3E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ecretary@group3jrl.com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Warren Blissett</cp:lastModifiedBy>
  <cp:revision>2</cp:revision>
  <dcterms:created xsi:type="dcterms:W3CDTF">2025-11-18T03:30:00Z</dcterms:created>
  <dcterms:modified xsi:type="dcterms:W3CDTF">2025-11-18T03:30:00Z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603dfd7-d93a-4381-a340-2995d8282205_Enabled">
    <vt:lpwstr>true</vt:lpwstr>
  </property>
  <property fmtid="{D5CDD505-2E9C-101B-9397-08002B2CF9AE}" pid="3" name="MSIP_Label_b603dfd7-d93a-4381-a340-2995d8282205_SetDate">
    <vt:lpwstr>2025-11-18T03:27:52Z</vt:lpwstr>
  </property>
  <property fmtid="{D5CDD505-2E9C-101B-9397-08002B2CF9AE}" pid="4" name="MSIP_Label_b603dfd7-d93a-4381-a340-2995d8282205_Method">
    <vt:lpwstr>Standard</vt:lpwstr>
  </property>
  <property fmtid="{D5CDD505-2E9C-101B-9397-08002B2CF9AE}" pid="5" name="MSIP_Label_b603dfd7-d93a-4381-a340-2995d8282205_Name">
    <vt:lpwstr>OFFICIAL</vt:lpwstr>
  </property>
  <property fmtid="{D5CDD505-2E9C-101B-9397-08002B2CF9AE}" pid="6" name="MSIP_Label_b603dfd7-d93a-4381-a340-2995d8282205_SiteId">
    <vt:lpwstr>05a0e69a-418a-47c1-9c25-9387261bf991</vt:lpwstr>
  </property>
  <property fmtid="{D5CDD505-2E9C-101B-9397-08002B2CF9AE}" pid="7" name="MSIP_Label_b603dfd7-d93a-4381-a340-2995d8282205_ActionId">
    <vt:lpwstr>e7bccffa-6ce9-46d7-a2f9-d9a3dbef8bec</vt:lpwstr>
  </property>
  <property fmtid="{D5CDD505-2E9C-101B-9397-08002B2CF9AE}" pid="8" name="MSIP_Label_b603dfd7-d93a-4381-a340-2995d8282205_ContentBits">
    <vt:lpwstr>0</vt:lpwstr>
  </property>
  <property fmtid="{D5CDD505-2E9C-101B-9397-08002B2CF9AE}" pid="9" name="MSIP_Label_b603dfd7-d93a-4381-a340-2995d8282205_Tag">
    <vt:lpwstr>10, 3, 0, 1</vt:lpwstr>
  </property>
</Properties>
</file>